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Plumbing Services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Service line 1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Service line 2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