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Personal Trainer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60-min personal training session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Small-group class (4 clients)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Package balance — 8 of 12 sessions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Nutrition coaching — monthly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Add-on: supplement (protein)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