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Mover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Moving labor — 2 crew × 4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Mileage — 22 mi @ $1.50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Stairs fee — 2 flights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Packing supplies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Long-distance deposit — 30%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