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Dog Walker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30-min walk — Buddy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60-min walk — Luna &amp; Milo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Drop-in visit — feeding &amp; water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Boarding — 2 nights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Add-on: medication administration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