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F5270"/>
          <w:sz w:val="48"/>
        </w:rPr>
        <w:t>INVOICE</w:t>
      </w:r>
    </w:p>
    <w:p>
      <w:r>
        <w:rPr>
          <w:color w:val="8A8F96"/>
          <w:sz w:val="18"/>
        </w:rPr>
        <w:t>Consulting Invoice Template</w:t>
        <w:br/>
        <w:t>InvoiceTemplateHub · Free printable template</w:t>
      </w:r>
    </w:p>
    <w:p>
      <w:r>
        <w:rPr>
          <w:color w:val="1C2B33"/>
          <w:sz w:val="20"/>
        </w:rPr>
        <w:t>Invoice No: ______________    Date: ______________    Due: ______________</w:t>
      </w:r>
    </w:p>
    <w:p>
      <w:r>
        <w:rPr>
          <w:color w:val="D8D2C4"/>
        </w:rPr>
        <w:t>____________________________________________________________________________________________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FROM (your business)</w:t>
              <w:br/>
            </w:r>
            <w:r>
              <w:rPr>
                <w:sz w:val="19"/>
              </w:rPr>
              <w:t>Your business name</w:t>
              <w:br/>
              <w:t>Street address</w:t>
              <w:br/>
              <w:t>City, ST ZIP</w:t>
              <w:br/>
              <w:t>Phone · email</w:t>
              <w:br/>
              <w:br/>
              <w:t>Bill to:</w:t>
              <w:br/>
              <w:t>Client name</w:t>
              <w:br/>
              <w:t>Client company</w:t>
              <w:br/>
              <w:t>City, ST ZIP</w:t>
            </w:r>
          </w:p>
        </w:tc>
        <w:tc>
          <w:tcPr>
            <w:tcW w:type="dxa" w:w="4946"/>
          </w:tcPr>
          <w:p>
            <w:r>
              <w:rPr>
                <w:b/>
                <w:color w:val="2F5270"/>
                <w:sz w:val="19"/>
              </w:rPr>
              <w:t>Details</w:t>
              <w:br/>
            </w:r>
            <w:r>
              <w:rPr>
                <w:sz w:val="19"/>
              </w:rPr>
              <w:t>Job / project: ____________________</w:t>
              <w:br/>
              <w:t>Date of work: ____________</w:t>
              <w:br/>
              <w:t>PO #: ____________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Description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Qty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Rate</w:t>
            </w:r>
          </w:p>
        </w:tc>
        <w:tc>
          <w:tcPr>
            <w:tcW w:type="dxa" w:w="2473"/>
          </w:tcPr>
          <w:p>
            <w:r>
              <w:rPr>
                <w:b/>
                <w:color w:val="2F5270"/>
                <w:sz w:val="19"/>
              </w:rPr>
              <w:t>Amount</w:t>
            </w:r>
          </w:p>
        </w:tc>
      </w:tr>
      <w:tr>
        <w:tc>
          <w:tcPr>
            <w:tcW w:type="dxa" w:w="2473"/>
          </w:tcPr>
          <w:p>
            <w:r>
              <w:t>Service line 1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type="dxa" w:w="2473"/>
          </w:tcPr>
          <w:p>
            <w:r>
              <w:t>Service line 2 — description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  <w:tc>
          <w:tcPr>
            <w:tcW w:type="dxa" w:w="2473"/>
          </w:tcPr>
          <w:p>
            <w:r/>
            <w:r>
              <w:rPr>
                <w:sz w:val="19"/>
              </w:rPr>
              <w:t xml:space="preserve"> 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4946"/>
          </w:tcPr>
          <w:p>
            <w:r>
              <w:t>Subtotal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t>Tax (if applicable)</w:t>
            </w:r>
          </w:p>
        </w:tc>
        <w:tc>
          <w:tcPr>
            <w:tcW w:type="dxa" w:w="4946"/>
          </w:tcPr>
          <w:p>
            <w:r/>
          </w:p>
        </w:tc>
      </w:tr>
      <w:tr>
        <w:tc>
          <w:tcPr>
            <w:tcW w:type="dxa" w:w="4946"/>
          </w:tcPr>
          <w:p>
            <w:r>
              <w:rPr>
                <w:b/>
              </w:rPr>
              <w:t>Total due</w:t>
            </w:r>
          </w:p>
        </w:tc>
        <w:tc>
          <w:tcPr>
            <w:tcW w:type="dxa" w:w="4946"/>
          </w:tcPr>
          <w:p>
            <w:r>
              <w:rPr>
                <w:b/>
              </w:rPr>
            </w:r>
          </w:p>
        </w:tc>
      </w:tr>
    </w:tbl>
    <w:p/>
    <w:p>
      <w:r>
        <w:rPr>
          <w:sz w:val="19"/>
        </w:rPr>
        <w:t>Payment terms: __________________  (suggested: due on receipt / Net 15)</w:t>
        <w:br/>
      </w:r>
      <w:r>
        <w:rPr>
          <w:sz w:val="19"/>
        </w:rPr>
        <w:t>Make payable to: ______________________</w:t>
        <w:br/>
      </w:r>
      <w:r>
        <w:rPr>
          <w:b/>
          <w:color w:val="2E7D5B"/>
          <w:sz w:val="19"/>
        </w:rPr>
        <w:t>Thank you for your business!</w:t>
      </w:r>
    </w:p>
    <w:sectPr w:rsidR="00FC693F" w:rsidRPr="0006063C" w:rsidSect="00034616"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